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SZABLON POLITYKI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Polityka nadgodzin - szablon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Praktyczny punkt wyjścia dla tego, jak nadgodziny są zatwierdzane, rejestrowane, wynagradzane i utrzymywane w zdrowych granicach.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Organizacja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organizacji]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Właściciel polityki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[Rola lub osoba]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wejścia w życie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przeglądu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Wersja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[1.0]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Uzupełnij wyróżnione pola i wybierz zapisy, które odpowiadają temu, jak działa Twoja organizacja. Usuń przykłady, które nie mają zastosowania. Udostępnij gotową politykę wszystkim, którzy pracują w nadgodzinach lub je zatwierdzają.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Ten szablon to ogólne wskazówki organizacyjne, a nie porada prawna, kadrowa, podatkowa ani z zakresu prawa pracy. Uprawnienia do nadgodzin, ich zatwierdzanie, wynagrodzenie, przerwy na odpoczynek i maksymalny czas pracy różnią się w zależności od kraju, pracodawcy i umowy. Gdy liczy się zgodność z przepisami, zleć przegląd gotowej polityki wykwalifikowanemu doradcy.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Cel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wyjaśnia, jak [nazwa organizacji] obsługuje nadgodziny, aby dodatkowe godziny były planowane, zatwierdzane, rejestrowane i sprawiedliwie wynagradzane.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Jej celem jest ochrona zarówno realizacji zadań, jak i dobrostanu pracowników.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Zakres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dotyczy [pracowników / współpracowników / uprawnionych stanowisk]. Niektóre stanowiska mogą być wyłączone z nadgodzin na mocy [umowy lub przepisów lokalnych].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Gdy umowa lub przepisy lokalne stanowią inaczej, mają one pierwszeństwo.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Co jest nadgodziną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Nadgodziny to czas przepracowany ponad [standardowe godziny dzienne lub tygodniowe], zgodnie z definicją [umowy lub przepisów lokalnych].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Krótkie, incydentalne dodatkowe minuty są [rozliczane zgodnie z zasadą]; czas podróży i dyżuru podlega [odrębnym zasadom].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Wcześniejsza zgoda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Nadgodziny muszą zostać zatwierdzone przez [przełożonego / rolę] przed ich przepracowaniem, z wyjątkiem rzeczywistej sytuacji nagłej.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Wnioski wskazują powód, przewidywane godziny i pracę do wykonania, a zgoda może określać maksymalną liczbę godzin.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Rejestrowanie nadgodzin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Rejestruj wszystkie nadgodziny w [systemie / rejestrze nadgodzin / karcie czasu pracy] z datą, godzinami, powodem i osobą zatwierdzającą.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Zatwierdzone nadgodziny są uzgadniane z zapisem przed naliczeniem płac lub rozliczeniem.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Wynagrodzenie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Zatwierdzone nadgodziny są wynagradzane jako [płatne według [stawki] / czas wolny w zamian / inna metoda] zgodnie z [umową lub przepisami lokalnymi].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Metoda i ewentualne mnożniki stawki są potwierdzane z [rolą] i stosowane konsekwentnie.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Limity i dobrostan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Czas pracy, w tym nadgodziny, pozostaje w granicach [prawnych lub wynikających z polityki], z wymaganymi przerwami na odpoczynek między zmianami.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Menedżerowie monitorują nadgodziny, aby unikać nadmiernych lub powtarzających się dodatkowych godzin i chronić zdrowie.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Uprawnienia i wyłączenia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[Opisz, które stanowiska są uprawnione do płatnych nadgodzin, a które są wyłączone.]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Pytania o uprawnienia kieruj do [roli].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Role i obowiązki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Osoby pracujące w nadgodzinach: najpierw uzyskują zgodę, dokładnie rejestrują godziny i zgłaszają obawy o obciążenie pracą.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Menedżerowie: zatwierdzają z wyprzedzeniem, utrzymują nadgodziny na rozsądnym poziomie i weryfikują zapisy. Właściciel polityki: utrzymuje tę politykę i okresowo ją przegląda.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Wyjątki i pytania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Nadgodziny w sytuacji nagłej przepracowane bez wcześniejszej zgody należy zgłosić do [roli] możliwie najszybciej i zarejestrować w ten sam sposób.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Pytania kieruj do [osoby kontaktowej lub kanału].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Lista wdrożeniowa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Zdefiniuj, co jest nadgodziną i które stanowiska są uprawnione.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proces zatwierdzania i kto może autoryzować nadgodziny.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jak nadgodziny są rejestrowane i uzgadniane.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Potwierdź wynagrodzenie, stawki lub czas wolny w zamian.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maksymalny czas pracy i wymagane przerwy na odpoczynek.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Sprawdź wymogi lokalne, zatwierdź politykę i udostępnij ją zespołowi.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Zatwierdzenie i potwierdzenie zapoznania się z polityką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Polityka zatwierdzona przez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zatwierdzenia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następnego przeglądu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Sposób potwierdzenia przez pracownika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ją swobodnie kopiować, edytować, zmieniać markę i wykorzystywać komercyjnie. Ten szablon to ogólne wskazówki organizacyjne, a nie porada prawna, kadrowa, podatkowa ani z zakresu prawa pracy. Przepisy lokalne i zobowiązania umowne różnią się między sobą. Gdy liczy się zgodność z przepisami, zleć przegląd gotowej polityki wykwalifikowanemu doradcy.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polityki nadgodzin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nadgodzin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