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11182B"/>
          <w:sz w:val="44"/>
        </w:rPr>
        <w:t>Overtime Claim Form</w:t>
      </w:r>
    </w:p>
    <w:p>
      <w:pPr>
        <w:spacing w:after="200"/>
      </w:pPr>
      <w:r>
        <w:rPr>
          <w:rFonts w:ascii="Arial" w:hAnsi="Arial"/>
          <w:color w:val="44506A"/>
          <w:sz w:val="20"/>
        </w:rPr>
        <w:t>Claim payment or time off for overtime already worked, with the hours, the approval behind them, and the payroll outcome in one record.</w:t>
      </w:r>
    </w:p>
    <w:p>
      <w:pPr>
        <w:spacing w:before="200" w:after="100"/>
      </w:pPr>
      <w:r>
        <w:rPr>
          <w:rFonts w:ascii="Arial" w:hAnsi="Arial"/>
          <w:b/>
          <w:color w:val="1F49B5"/>
          <w:sz w:val="24"/>
        </w:rPr>
        <w:t>Employee and claim</w:t>
      </w:r>
    </w:p>
    <w:tbl>
      <w:tblPr>
        <w:tblW w:type="auto" w:w="0"/>
        <w:jc w:val="center"/>
        <w:tblLayout w:type="fixed"/>
        <w:tblLook w:firstColumn="1" w:firstRow="1" w:lastColumn="0" w:lastRow="0" w:noHBand="0" w:noVBand="1" w:val="04A0"/>
      </w:tblPr>
      <w:tblGrid>
        <w:gridCol w:w="5040"/>
        <w:gridCol w:w="5040"/>
      </w:tblGrid>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Claim ID</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[OC-0001]</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Employee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[Name]</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Employee ID</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[ID]</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Team / department</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[Team]</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Manager</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[Name]</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Pay period</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[YYYY-MM-DD to YYYY-MM-DD]</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Claim date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[YYYY-MM-DD]</w:t>
            </w:r>
          </w:p>
        </w:tc>
      </w:tr>
    </w:tbl>
    <w:p>
      <w:pPr>
        <w:spacing w:after="80" w:before="0"/>
      </w:pPr>
    </w:p>
    <w:tbl>
      <w:tblPr>
        <w:tblW w:type="auto" w:w="0"/>
        <w:jc w:val="center"/>
        <w:tblLayout w:type="fixed"/>
        <w:tblLook w:firstColumn="1" w:firstRow="1" w:lastColumn="0" w:lastRow="0" w:noHBand="0" w:noVBand="1" w:val="04A0"/>
      </w:tblPr>
      <w:tblGrid>
        <w:gridCol w:w="10080"/>
      </w:tblGrid>
      <w:tr>
        <w:tc>
          <w:tcPr>
            <w:tcW w:type="dxa" w:w="936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22"/>
              </w:rPr>
              <w:t>Overtime worked</w:t>
            </w:r>
          </w:p>
        </w:tc>
      </w:tr>
    </w:tbl>
    <w:p>
      <w:pPr>
        <w:spacing w:before="80" w:after="160"/>
      </w:pPr>
      <w:r>
        <w:rPr>
          <w:rFonts w:ascii="Arial" w:hAnsi="Arial"/>
          <w:color w:val="44506A"/>
          <w:sz w:val="18"/>
        </w:rPr>
        <w:t>One row per session, filled in after the work is done. Hours are the time between start and end minus any unpaid break. If the overtime was approved beforehand, add the request number so payroll can match the claim to the approval.</w:t>
      </w:r>
    </w:p>
    <w:tbl>
      <w:tblPr>
        <w:tblW w:type="auto" w:w="0"/>
        <w:jc w:val="center"/>
        <w:tblLayout w:type="fixed"/>
        <w:tblLook w:firstColumn="1" w:firstRow="1" w:lastColumn="0" w:lastRow="0" w:noHBand="0" w:noVBand="1" w:val="04A0"/>
      </w:tblPr>
      <w:tblGrid>
        <w:gridCol w:w="1140"/>
        <w:gridCol w:w="800"/>
        <w:gridCol w:w="800"/>
        <w:gridCol w:w="880"/>
        <w:gridCol w:w="840"/>
        <w:gridCol w:w="2520"/>
        <w:gridCol w:w="1240"/>
        <w:gridCol w:w="1140"/>
      </w:tblGrid>
      <w:tr>
        <w:tc>
          <w:tcPr>
            <w:tcW w:type="dxa" w:w="114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6"/>
              </w:rPr>
              <w:t>Date</w:t>
            </w:r>
          </w:p>
        </w:tc>
        <w:tc>
          <w:tcPr>
            <w:tcW w:type="dxa" w:w="8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6"/>
              </w:rPr>
              <w:t>Start</w:t>
            </w:r>
          </w:p>
        </w:tc>
        <w:tc>
          <w:tcPr>
            <w:tcW w:type="dxa" w:w="8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6"/>
              </w:rPr>
              <w:t>End</w:t>
            </w:r>
          </w:p>
        </w:tc>
        <w:tc>
          <w:tcPr>
            <w:tcW w:type="dxa" w:w="88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6"/>
              </w:rPr>
              <w:t>Break (min)</w:t>
            </w:r>
          </w:p>
        </w:tc>
        <w:tc>
          <w:tcPr>
            <w:tcW w:type="dxa" w:w="84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6"/>
              </w:rPr>
              <w:t>Hours</w:t>
            </w:r>
          </w:p>
        </w:tc>
        <w:tc>
          <w:tcPr>
            <w:tcW w:type="dxa" w:w="252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6"/>
              </w:rPr>
              <w:t>Reason or task</w:t>
            </w:r>
          </w:p>
        </w:tc>
        <w:tc>
          <w:tcPr>
            <w:tcW w:type="dxa" w:w="124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6"/>
              </w:rPr>
              <w:t>Approved beforehand?</w:t>
            </w:r>
          </w:p>
        </w:tc>
        <w:tc>
          <w:tcPr>
            <w:tcW w:type="dxa" w:w="114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6"/>
              </w:rPr>
              <w:t>Request ref.</w:t>
            </w:r>
          </w:p>
        </w:tc>
      </w:tr>
      <w:tr>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8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252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12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t>□ Yes     □ No</w:t>
            </w:r>
          </w:p>
        </w:tc>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r>
      <w:tr>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8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252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12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t>□ Yes     □ No</w:t>
            </w:r>
          </w:p>
        </w:tc>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r>
      <w:tr>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8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252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12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t>□ Yes     □ No</w:t>
            </w:r>
          </w:p>
        </w:tc>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r>
      <w:tr>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8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252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12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t>□ Yes     □ No</w:t>
            </w:r>
          </w:p>
        </w:tc>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r>
      <w:tr>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8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252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12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t>□ Yes     □ No</w:t>
            </w:r>
          </w:p>
        </w:tc>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r>
      <w:tr>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8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252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12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t>□ Yes     □ No</w:t>
            </w:r>
          </w:p>
        </w:tc>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r>
      <w:tr>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8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252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12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t>□ Yes     □ No</w:t>
            </w:r>
          </w:p>
        </w:tc>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r>
      <w:tr>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8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252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12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t>□ Yes     □ No</w:t>
            </w:r>
          </w:p>
        </w:tc>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r>
      <w:tr>
        <w:tc>
          <w:tcPr>
            <w:tcW w:type="dxa" w:w="3620"/>
            <w:gridSpan w:val="4"/>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6"/>
              </w:rPr>
              <w:t>Total overtime hours claimed</w:t>
            </w:r>
          </w:p>
        </w:tc>
        <w:tc>
          <w:tcPr>
            <w:tcW w:type="dxa" w:w="8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4900"/>
            <w:gridSpan w:val="3"/>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r>
    </w:tbl>
    <w:p>
      <w:pPr>
        <w:spacing w:after="80" w:before="0"/>
      </w:pPr>
    </w:p>
    <w:p>
      <w:pPr>
        <w:spacing w:before="200" w:after="100"/>
      </w:pPr>
      <w:r>
        <w:rPr>
          <w:rFonts w:ascii="Arial" w:hAnsi="Arial"/>
          <w:b/>
          <w:color w:val="1F49B5"/>
          <w:sz w:val="24"/>
        </w:rPr>
        <w:t>Compensation requested</w:t>
      </w:r>
    </w:p>
    <w:tbl>
      <w:tblPr>
        <w:tblW w:type="auto" w:w="0"/>
        <w:jc w:val="center"/>
        <w:tblLayout w:type="fixed"/>
        <w:tblLook w:firstColumn="1" w:firstRow="1" w:lastColumn="0" w:lastRow="0" w:noHBand="0" w:noVBand="1" w:val="04A0"/>
      </w:tblPr>
      <w:tblGrid>
        <w:gridCol w:w="5040"/>
        <w:gridCol w:w="5040"/>
      </w:tblGrid>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Compensation</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Pay at the overtime rate     □ Time off in lieu     □ Split</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Hours to be paid</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Hours to be taken as time off</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bl>
    <w:p>
      <w:pPr>
        <w:spacing w:after="80" w:before="0"/>
      </w:pPr>
    </w:p>
    <w:p>
      <w:pPr>
        <w:spacing w:before="200" w:after="100"/>
      </w:pPr>
      <w:r>
        <w:rPr>
          <w:rFonts w:ascii="Arial" w:hAnsi="Arial"/>
          <w:b/>
          <w:color w:val="1F49B5"/>
          <w:sz w:val="24"/>
        </w:rPr>
        <w:t>Employee declaration</w:t>
      </w:r>
    </w:p>
    <w:tbl>
      <w:tblPr>
        <w:tblW w:type="auto" w:w="0"/>
        <w:jc w:val="center"/>
        <w:tblLayout w:type="fixed"/>
        <w:tblLook w:firstColumn="1" w:firstRow="1" w:lastColumn="0" w:lastRow="0" w:noHBand="0" w:noVBand="1" w:val="04A0"/>
      </w:tblPr>
      <w:tblGrid>
        <w:gridCol w:w="5040"/>
        <w:gridCol w:w="5040"/>
      </w:tblGrid>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I confirm the hours above were worked and are not claimed on another form</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Yes</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Employee signature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Date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bl>
    <w:p>
      <w:pPr>
        <w:spacing w:after="80" w:before="0"/>
      </w:pPr>
    </w:p>
    <w:p>
      <w:pPr>
        <w:spacing w:before="200" w:after="100"/>
      </w:pPr>
      <w:r>
        <w:rPr>
          <w:rFonts w:ascii="Arial" w:hAnsi="Arial"/>
          <w:b/>
          <w:color w:val="1F49B5"/>
          <w:sz w:val="24"/>
        </w:rPr>
        <w:t>Manager verification</w:t>
      </w:r>
    </w:p>
    <w:tbl>
      <w:tblPr>
        <w:tblW w:type="auto" w:w="0"/>
        <w:jc w:val="center"/>
        <w:tblLayout w:type="fixed"/>
        <w:tblLook w:firstColumn="1" w:firstRow="1" w:lastColumn="0" w:lastRow="0" w:noHBand="0" w:noVBand="1" w:val="04A0"/>
      </w:tblPr>
      <w:tblGrid>
        <w:gridCol w:w="5040"/>
        <w:gridCol w:w="5040"/>
      </w:tblGrid>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Checked against the timesheet or time records</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Yes     □ No</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Decision</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Approved as claimed     □ Approved with adjusted hours     □ Rejected</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Approved overtime hours</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Reason for any adjustment or rejection</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Manager signature and date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bl>
    <w:p>
      <w:pPr>
        <w:spacing w:after="80" w:before="0"/>
      </w:pPr>
    </w:p>
    <w:p>
      <w:pPr>
        <w:spacing w:before="200" w:after="100"/>
      </w:pPr>
      <w:r>
        <w:rPr>
          <w:rFonts w:ascii="Arial" w:hAnsi="Arial"/>
          <w:b/>
          <w:color w:val="1F49B5"/>
          <w:sz w:val="24"/>
        </w:rPr>
        <w:t>Payroll use only</w:t>
      </w:r>
    </w:p>
    <w:tbl>
      <w:tblPr>
        <w:tblW w:type="auto" w:w="0"/>
        <w:jc w:val="center"/>
        <w:tblLayout w:type="fixed"/>
        <w:tblLook w:firstColumn="1" w:firstRow="1" w:lastColumn="0" w:lastRow="0" w:noHBand="0" w:noVBand="1" w:val="04A0"/>
      </w:tblPr>
      <w:tblGrid>
        <w:gridCol w:w="5040"/>
        <w:gridCol w:w="5040"/>
      </w:tblGrid>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Compensation applied</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Paid     □ Time off in lieu credited     □ Both</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Processed in pay run</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Processed by and date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bl>
    <w:p>
      <w:pPr>
        <w:spacing w:after="80" w:before="0"/>
      </w:pPr>
    </w:p>
    <w:p>
      <w:pPr>
        <w:spacing w:after="120" w:before="0"/>
      </w:pPr>
    </w:p>
    <w:tbl>
      <w:tblPr>
        <w:tblW w:type="auto" w:w="0"/>
        <w:jc w:val="center"/>
        <w:tblLayout w:type="fixed"/>
        <w:tblLook w:firstColumn="1" w:firstRow="1" w:lastColumn="0" w:lastRow="0" w:noHBand="0" w:noVBand="1" w:val="04A0"/>
      </w:tblPr>
      <w:tblGrid>
        <w:gridCol w:w="10080"/>
      </w:tblGrid>
      <w:tr>
        <w:tc>
          <w:tcPr>
            <w:tcW w:type="dxa" w:w="93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22"/>
              </w:rPr>
              <w:t>Important</w:t>
            </w:r>
          </w:p>
        </w:tc>
      </w:tr>
    </w:tbl>
    <w:p>
      <w:pPr>
        <w:spacing w:before="80" w:after="160"/>
      </w:pPr>
      <w:r>
        <w:rPr>
          <w:rFonts w:ascii="Arial" w:hAnsi="Arial"/>
          <w:color w:val="44506A"/>
          <w:sz w:val="18"/>
        </w:rPr>
        <w:t>This form is a general operational record, not legal, payroll, tax, employment, or labor-law advice. Overtime eligibility, premium rates, time off in lieu, claim deadlines, and record requirements vary by country, employer, and contract.</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8A93A6"/>
        <w:sz w:val="16"/>
      </w:rPr>
      <w:t>Free overtime claim form - Sandtime.io - free time tracking for unlimited users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Overtime Claim Form</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