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EDYTOWALNA LISTA WDROŻENIOWA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Lista kontrolna wdrożenia pracownika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Prosta lista, która pomaga powitać nowego pracownika i objąć najważniejsze kroki od dnia przed startem po pierwszy miesiąc.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Nowy pracownik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[Imię i nazwisko]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Stanowisko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stanowiska]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rozpoczęcia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Menedżer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[Imię i nazwisko]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Opiekun wdrożenia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[Imię i nazwisko]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Jak korzystać z tego szablonu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Zastąp wyróżnione pola i zaznaczaj każdy punkt po jego wykonaniu. Dodaj lub usuń zadania, aby dopasować je do zespołu, narzędzi i stanowiska.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Ważne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Ta lista to ogólny punkt wyjścia, a nie porada prawna ani kadrowa. Dokumenty zatrudnienia, weryfikacja prawa do pracy i kroki dotyczące danych różnią się w zależności od kraju i pracodawcy. Potwierdź wymagane kroki z wykwalifikowanym doradcą.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Przed pierwszym dniem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Potwierdź datę rozpoczęcia, godziny i szczegóły pierwszego dnia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Przygotuj sprzęt, konta i dostępy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Udostępnij plan pierwszego dnia i tygodnia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Wyznacz opiekuna wdrożenia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Dodaj nowego pracownika do odpowiednich narzędzi, kalendarzy i kanałów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Pierwszy dzień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Powitanie i przedstawienie zespołu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Oprowadzenie po biurze lub konfiguracja pracy zdalnej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Konfiguracja kont, sprzętu i ewidencji czasu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Omówienie stanowiska, celów pierwszego tygodnia i osób do wsparcia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Omówienie kluczowych zasad i miejsca, gdzie znaleźć dokumenty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Pierwszy tydzień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Poznanie kluczowych współpracowników i interesariuszy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Przejście przez główne narzędzia i procesy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Ukończenie wymaganych szkoleń i formalności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Uzgodnienie pierwszych zadań oraz sposobu rejestrowania i oceny pracy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Rozmowa kontrolna z menedżerem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Pierwszy miesiąc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Podjęcie realnej pracy ze wsparciem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Przegląd postępów względem celów pierwszego miesiąca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Zebranie opinii o wdrożeniu i usunięcie ewentualnych braków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Potwierdzenie kompletności dostępów, narzędzi i szkoleń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□  Ustalenie celów na kolejny kwartał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Wskazówki na dobry początek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Spraw, aby pierwszy dzień był przyjazny, a nie tylko administracyjny.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Daj nowemu pracownikowi jedno jasne pierwsze zadanie, które może ukończyć.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Często sprawdzaj postępy w pierwszych tygodniach i pytaj, co jest niejasne.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Skonfiguruj ewidencję czasu i dostępy wcześnie, aby o niczym nie zapomnieć.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Potwierdzenie zakończenia wdrożenia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Imię, nazwisko i podpis nowego pracownika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Imię, nazwisko i podpis menedżera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zakończenia wdrożenia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Można ją swobodnie kopiować, edytować, zmieniać markę i wykorzystywać komercyjnie. Ta lista to ogólny punkt wyjścia, a nie porada prawna ani kadrowa. Dokumenty zatrudnienia, weryfikacja prawa do pracy i kroki dotyczące danych różnią się w zależności od kraju i pracodawcy.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Darmowa lista kontrolna wdrożenia pracownika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kontrolna wdrożenia pracownika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